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DA0B42" w14:textId="77777777" w:rsidR="00572DC7" w:rsidRDefault="00000000">
      <w:pPr>
        <w:pStyle w:val="Title"/>
      </w:pPr>
      <w:r>
        <w:t>Samuel Mellors</w:t>
      </w:r>
    </w:p>
    <w:p w14:paraId="0FEEC6A2" w14:textId="77777777" w:rsidR="00572DC7" w:rsidRDefault="00000000">
      <w:pPr>
        <w:pStyle w:val="Subtitle"/>
      </w:pPr>
      <w:r>
        <w:t>Gameplay and Systems Designer</w:t>
      </w:r>
    </w:p>
    <w:p w14:paraId="5646FEA8" w14:textId="77777777" w:rsidR="00572DC7" w:rsidRDefault="00000000">
      <w:r>
        <w:t xml:space="preserve">Portfolio: </w:t>
      </w:r>
      <w:hyperlink r:id="rId6">
        <w:r>
          <w:rPr>
            <w:u w:val="single"/>
          </w:rPr>
          <w:t>samuel.mellors.org</w:t>
        </w:r>
      </w:hyperlink>
      <w:r>
        <w:t xml:space="preserve">  |  </w:t>
      </w:r>
      <w:hyperlink r:id="rId7">
        <w:r>
          <w:rPr>
            <w:u w:val="single"/>
          </w:rPr>
          <w:t>Samuel@Mellors.org</w:t>
        </w:r>
      </w:hyperlink>
      <w:r>
        <w:t xml:space="preserve">  |  07874 621392</w:t>
      </w:r>
    </w:p>
    <w:p w14:paraId="7CA449A5" w14:textId="77777777" w:rsidR="00572DC7" w:rsidRDefault="00000000">
      <w:r>
        <w:t>Final-year Games Design student | Expected graduation 2027 | Open to relocation</w:t>
      </w:r>
    </w:p>
    <w:p w14:paraId="45AA3E3F" w14:textId="77777777" w:rsidR="00572DC7" w:rsidRDefault="00000000">
      <w:r>
        <w:t xml:space="preserve">Gameplay and systems designer who builds </w:t>
      </w:r>
      <w:r>
        <w:rPr>
          <w:b/>
        </w:rPr>
        <w:t>playable UE5 Blueprint systems</w:t>
      </w:r>
      <w:r>
        <w:t xml:space="preserve"> and works with programmers to implement and test UEFN mechanics. Brings both a completed solo combat prototype and paid studio experience.</w:t>
      </w:r>
    </w:p>
    <w:p w14:paraId="2F22C1BE" w14:textId="77777777" w:rsidR="00572DC7" w:rsidRDefault="00000000">
      <w:pPr>
        <w:pStyle w:val="Heading1"/>
      </w:pPr>
      <w:r>
        <w:t>Games Design Experience</w:t>
      </w:r>
    </w:p>
    <w:p w14:paraId="636F5B1B" w14:textId="77777777" w:rsidR="00572DC7" w:rsidRDefault="00000000">
      <w:pPr>
        <w:pStyle w:val="Heading2"/>
      </w:pPr>
      <w:r>
        <w:t>Gameplay Designer at Oatcake Interactive</w:t>
      </w:r>
    </w:p>
    <w:p w14:paraId="420706C8" w14:textId="77777777" w:rsidR="00572DC7" w:rsidRDefault="00000000">
      <w:r>
        <w:t>Paid 1UP scheme | Summer 2026 | Eight weeks</w:t>
      </w:r>
    </w:p>
    <w:p w14:paraId="229BF6AF" w14:textId="77777777" w:rsidR="00572DC7" w:rsidRDefault="00000000">
      <w:r>
        <w:rPr>
          <w:i/>
        </w:rPr>
        <w:t>The Fungus Among Us</w:t>
      </w:r>
      <w:r>
        <w:t xml:space="preserve"> | UEFN | One of two gameplay designers in a team of 12</w:t>
      </w:r>
    </w:p>
    <w:p w14:paraId="54534AC0" w14:textId="77777777" w:rsidR="00572DC7" w:rsidRDefault="00000000">
      <w:r>
        <w:rPr>
          <w:b/>
        </w:rPr>
        <w:t>TIGA Games Industry Awards 2026 shortlist</w:t>
      </w:r>
      <w:r>
        <w:t xml:space="preserve"> | Puzzle Game and Heritage in Games</w:t>
      </w:r>
    </w:p>
    <w:p w14:paraId="1A6783EA" w14:textId="77777777" w:rsidR="00572DC7" w:rsidRDefault="00000000">
      <w:pPr>
        <w:pStyle w:val="ListBullet"/>
        <w:keepLines/>
      </w:pPr>
      <w:r>
        <w:rPr>
          <w:b/>
        </w:rPr>
        <w:t>Delivered playable Act 1 puzzles in UEFN</w:t>
      </w:r>
      <w:r>
        <w:t xml:space="preserve"> with the team by planning flashlight use, contributing to hieroglyph design and integrating mechanics tested by programmers.</w:t>
      </w:r>
    </w:p>
    <w:p w14:paraId="103C6B85" w14:textId="77777777" w:rsidR="00572DC7" w:rsidRDefault="00000000">
      <w:pPr>
        <w:pStyle w:val="ListBullet"/>
        <w:keepLines/>
      </w:pPr>
      <w:r>
        <w:rPr>
          <w:b/>
        </w:rPr>
        <w:t>Made the game’s lore discoverable through journal collectibles</w:t>
      </w:r>
      <w:r>
        <w:t xml:space="preserve"> by planning entry locations and the interactions players used to access them.</w:t>
      </w:r>
    </w:p>
    <w:p w14:paraId="78F59A0A" w14:textId="77777777" w:rsidR="00572DC7" w:rsidRDefault="00000000">
      <w:pPr>
        <w:pStyle w:val="ListBullet"/>
        <w:keepLines/>
      </w:pPr>
      <w:r>
        <w:rPr>
          <w:b/>
        </w:rPr>
        <w:t>Helped resolve keyboard and controller input bugs</w:t>
      </w:r>
      <w:r>
        <w:t xml:space="preserve"> by repeatedly testing both control schemes and working with programmers on fixes.</w:t>
      </w:r>
    </w:p>
    <w:p w14:paraId="012371D7" w14:textId="77777777" w:rsidR="00572DC7" w:rsidRDefault="00000000">
      <w:pPr>
        <w:pStyle w:val="Heading1"/>
      </w:pPr>
      <w:r>
        <w:t>Selected Projects</w:t>
      </w:r>
    </w:p>
    <w:p w14:paraId="47D2F07D" w14:textId="62C3E923" w:rsidR="00572DC7" w:rsidRDefault="00000000">
      <w:pPr>
        <w:pStyle w:val="Heading2"/>
      </w:pPr>
      <w:r>
        <w:t>Monpoke</w:t>
      </w:r>
    </w:p>
    <w:p w14:paraId="0260CBC6" w14:textId="77777777" w:rsidR="00572DC7" w:rsidRDefault="00000000">
      <w:r>
        <w:t>Solo university project | Unreal Engine 5 | Blueprint scripting</w:t>
      </w:r>
    </w:p>
    <w:p w14:paraId="56761A22" w14:textId="77777777" w:rsidR="00572DC7" w:rsidRDefault="00000000">
      <w:pPr>
        <w:pStyle w:val="ListBullet"/>
        <w:keepLines/>
      </w:pPr>
      <w:r>
        <w:rPr>
          <w:b/>
        </w:rPr>
        <w:t>Delivered a solo combat prototype in eight weeks</w:t>
      </w:r>
      <w:r>
        <w:t xml:space="preserve"> by building Blueprint systems for turn-based battles, elemental damage, capture and inventory, using Data Assets and reusable monster and move definitions.</w:t>
      </w:r>
    </w:p>
    <w:p w14:paraId="0BD574D5" w14:textId="77777777" w:rsidR="00572DC7" w:rsidRDefault="00000000">
      <w:pPr>
        <w:pStyle w:val="Heading2"/>
      </w:pPr>
      <w:r>
        <w:t>Playtime’s Over</w:t>
      </w:r>
    </w:p>
    <w:p w14:paraId="16EFB7C5" w14:textId="77777777" w:rsidR="00572DC7" w:rsidRDefault="00000000">
      <w:r>
        <w:t>Game, Level and Puzzle Designer | Brackeys Game Jam 2026.2 | August 2026</w:t>
      </w:r>
    </w:p>
    <w:p w14:paraId="0569B060" w14:textId="77777777" w:rsidR="00572DC7" w:rsidRDefault="00000000">
      <w:pPr>
        <w:pStyle w:val="ListBullet"/>
        <w:keepLines/>
      </w:pPr>
      <w:r>
        <w:rPr>
          <w:b/>
        </w:rPr>
        <w:t>Gave players two ways to cross levels</w:t>
      </w:r>
      <w:r>
        <w:t xml:space="preserve"> by building jump pads and moving platforms for a Windows game jam entry with a team of nine.</w:t>
      </w:r>
    </w:p>
    <w:p w14:paraId="42A00201" w14:textId="77777777" w:rsidR="00572DC7" w:rsidRDefault="00000000">
      <w:r>
        <w:t xml:space="preserve">Play the game: </w:t>
      </w:r>
      <w:hyperlink r:id="rId8">
        <w:r>
          <w:rPr>
            <w:u w:val="single"/>
          </w:rPr>
          <w:t>danporter136.itch.io/playtimes-over</w:t>
        </w:r>
      </w:hyperlink>
    </w:p>
    <w:p w14:paraId="0F79C3DF" w14:textId="77777777" w:rsidR="00572DC7" w:rsidRDefault="00000000">
      <w:pPr>
        <w:pStyle w:val="Heading1"/>
      </w:pPr>
      <w:r>
        <w:t>Skills</w:t>
      </w:r>
    </w:p>
    <w:p w14:paraId="4D5BFDE1" w14:textId="77777777" w:rsidR="00572DC7" w:rsidRDefault="00000000">
      <w:r>
        <w:rPr>
          <w:b/>
        </w:rPr>
        <w:t xml:space="preserve">Engines and scripting: </w:t>
      </w:r>
      <w:r>
        <w:t>Unreal Engine 5 (UE5), Blueprints, UEFN; additional Unity and C# experience.</w:t>
      </w:r>
    </w:p>
    <w:p w14:paraId="5D277F99" w14:textId="77777777" w:rsidR="00572DC7" w:rsidRDefault="00000000">
      <w:r>
        <w:rPr>
          <w:b/>
        </w:rPr>
        <w:t xml:space="preserve">Systems: </w:t>
      </w:r>
      <w:r>
        <w:t>Data Assets, Data Tables, Actor Components, Blueprint Interfaces and Event Dispatchers.</w:t>
      </w:r>
    </w:p>
    <w:p w14:paraId="4F56E8C6" w14:textId="77777777" w:rsidR="00572DC7" w:rsidRDefault="00000000">
      <w:r>
        <w:rPr>
          <w:b/>
        </w:rPr>
        <w:t xml:space="preserve">Design and delivery: </w:t>
      </w:r>
      <w:r>
        <w:t>Gameplay prototyping, level and puzzle design, playtesting, bug fixing and design documentation.</w:t>
      </w:r>
    </w:p>
    <w:p w14:paraId="542CC5C0" w14:textId="77777777" w:rsidR="00572DC7" w:rsidRDefault="00000000">
      <w:pPr>
        <w:pStyle w:val="Heading1"/>
      </w:pPr>
      <w:r>
        <w:t>Education</w:t>
      </w:r>
    </w:p>
    <w:p w14:paraId="54AB3E13" w14:textId="77777777" w:rsidR="00572DC7" w:rsidRDefault="00000000">
      <w:pPr>
        <w:pStyle w:val="Heading2"/>
      </w:pPr>
      <w:r>
        <w:t>University of Staffordshire</w:t>
      </w:r>
    </w:p>
    <w:p w14:paraId="48794B40" w14:textId="77777777" w:rsidR="00572DC7" w:rsidRDefault="00000000">
      <w:r>
        <w:t>BSc (Hons) Games Design | September 2024–2027 expected | First in Year 1; completed Year 2.</w:t>
      </w:r>
    </w:p>
    <w:p w14:paraId="7048A2C0" w14:textId="77777777" w:rsidR="00572DC7" w:rsidRDefault="00000000">
      <w:pPr>
        <w:pStyle w:val="Heading2"/>
      </w:pPr>
      <w:r>
        <w:t>Blackpool and Fylde College</w:t>
      </w:r>
    </w:p>
    <w:p w14:paraId="2D988B0C" w14:textId="77777777" w:rsidR="00572DC7" w:rsidRDefault="00000000">
      <w:r>
        <w:t>T Level – Digital Production, Design and Development | September 2022–June 2024</w:t>
      </w:r>
    </w:p>
    <w:p w14:paraId="501B2965" w14:textId="77777777" w:rsidR="00572DC7" w:rsidRDefault="00000000">
      <w:r>
        <w:t>Seven GCSEs including English and Mathematics | British International School Riyadh | 2022</w:t>
      </w:r>
    </w:p>
    <w:sectPr w:rsidR="00572DC7" w:rsidSect="00034616">
      <w:pgSz w:w="12240" w:h="15840"/>
      <w:pgMar w:top="835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6703515">
    <w:abstractNumId w:val="8"/>
  </w:num>
  <w:num w:numId="2" w16cid:durableId="508368715">
    <w:abstractNumId w:val="6"/>
  </w:num>
  <w:num w:numId="3" w16cid:durableId="1324353243">
    <w:abstractNumId w:val="5"/>
  </w:num>
  <w:num w:numId="4" w16cid:durableId="843667421">
    <w:abstractNumId w:val="4"/>
  </w:num>
  <w:num w:numId="5" w16cid:durableId="981038253">
    <w:abstractNumId w:val="7"/>
  </w:num>
  <w:num w:numId="6" w16cid:durableId="1687753209">
    <w:abstractNumId w:val="3"/>
  </w:num>
  <w:num w:numId="7" w16cid:durableId="502160426">
    <w:abstractNumId w:val="2"/>
  </w:num>
  <w:num w:numId="8" w16cid:durableId="1612858758">
    <w:abstractNumId w:val="1"/>
  </w:num>
  <w:num w:numId="9" w16cid:durableId="6595783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23D4"/>
    <w:rsid w:val="00326F90"/>
    <w:rsid w:val="00415B53"/>
    <w:rsid w:val="00572DC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BC22DF"/>
  <w14:defaultImageDpi w14:val="300"/>
  <w15:docId w15:val="{296F96F5-7135-0441-AB41-63157A163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7" w:lineRule="auto"/>
      <w:outlineLvl w:val="0"/>
    </w:pPr>
    <w:rPr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 w:line="247" w:lineRule="auto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" w:line="247" w:lineRule="auto"/>
      <w:contextualSpacing/>
    </w:pPr>
    <w:rPr>
      <w:b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00" w:line="247" w:lineRule="auto"/>
    </w:pPr>
    <w:rPr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47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nporter136.itch.io/playtimes-over" TargetMode="External"/><Relationship Id="rId3" Type="http://schemas.openxmlformats.org/officeDocument/2006/relationships/styles" Target="styles.xml"/><Relationship Id="rId7" Type="http://schemas.openxmlformats.org/officeDocument/2006/relationships/hyperlink" Target="mailto:Samuel@Mellor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muel.mellors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Samuel Mellors Games Design CV</dc:title>
  <dc:subject>Gameplay and systems design experience and selected projects</dc:subject>
  <dc:creator>Samuel Mellors</dc:creator>
  <cp:keywords>Games Design, Gameplay Design, Systems Design, Unreal Engine, UEFN, Level Design</cp:keywords>
  <dc:description/>
  <cp:lastModifiedBy>Sammy Mellors</cp:lastModifiedBy>
  <cp:revision>2</cp:revision>
  <dcterms:created xsi:type="dcterms:W3CDTF">2013-12-23T23:15:00Z</dcterms:created>
  <dcterms:modified xsi:type="dcterms:W3CDTF">2026-09-25T16:20:00Z</dcterms:modified>
  <cp:category/>
</cp:coreProperties>
</file>